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WATSAN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WATSAN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