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TECHNIQUE D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TECHNIQUE D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