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FLIGHT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FLIGHT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