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WORKSHOP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WORKSHOP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