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LOGISTICS AND SUPPLY CHAIN TEAM LEAD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OGISTICS AND SUPPLY CHAIN TEAM LEAD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