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/E TECHNIQUE PAYS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/E TECHNIQUE PAYS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