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LOGISTICS TEAM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LOGISTICS TEAM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