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ADJUNTO AL JEFE DE EQUIPO DE LOGÍSTICA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ADJUNTO AL JEFE DE EQUIPO DE LOGÍSTICA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L02200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