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ADJOINT D'ÉQUIPE LOGISTIQUE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ADJOINT D'ÉQUIPE LOGISTIQUE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