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OSPITAL FACILITIE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OSPITAL FACILITIE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