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HOSPITALARIAS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HOSPITALARIAS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