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LOGISTIQUE DES STRUCTURES HOSPITALIERES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LOGISTIQUE DES STRUCTURES HOSPITALIERES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