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LOGISTIQUE FIN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LOGISTIQUE FIN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