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EAU ET ASSAINISS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EAU ET ASSAINISS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