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AL LOGISTICS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AL LOGISTICS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