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ENERGIA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ENERGIA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