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RESPONSABLE DE L' ENERGIE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RESPONSABLE DE L' ENERGIE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L03000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