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TRUCTIO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TRUCTIO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