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ORKSHOP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ORKSHOP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