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IONNAIRE BIOMÉDIC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IONNAIRE BIOMÉDIC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