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AR SHORE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AR SHORE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