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MOUVEMENTS AERIENS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MOUVEMENTS AERIENS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