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INFORMATION SYSTEMS SPECIALIST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INFORMATION SYSTEMS SPECIALIST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L03900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