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ESPECIALISTA SIG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ESPECIALISTA SIG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