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ESPECIALISTA EN BIOMEDICINA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ESPECIALISTA EN BIOMEDICINA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