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SPÉCIALISTE BIOMEDICAL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SPÉCIALISTE BIOMEDICAL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