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MECHANIC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MECHANIC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