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SPÉCIALISTE MÉCANIQUE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SPÉCIALISTE MÉCANIQUE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