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NERGY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NERGY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