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SPÉCIALISTE ENERGIE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SPÉCIALISTE ENERGIE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