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HNICAL ACTIVIT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HNICAL ACTIVIT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