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SUPERVISOR DE TIC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SUPERVISOR DE TIC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L04900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