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SUPERVISOR DE TALLER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SUPERVISOR DE TALLER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L05000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