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D’ATELIER MÉCANIQUE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D’ATELIER MÉCANIQUE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