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BIOMED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BIOMED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