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IOMED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IOMED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