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EAU ET ASSAINISSEM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EAU ET ASSAINISSEM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