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AR BOAT LEAD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AR BOAT LEAD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