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ASSISTANT COORDINATEUR EHA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ASSISTANT COORDINATEUR EHA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