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FLIGHT COORDINATOR ASSISTANT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FLIGHT COORDINATOR ASSISTANT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L05600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