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FLIGHT COORDINATOR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FLIGHT COORDINATOR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