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BASE AND FACILITIES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BASE AND FACILITIES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