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LOGISTA DE BASE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LOGISTA DE BASE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