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OGISTICIEN DE LA BAS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OGISTICIEN DE LA BAS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