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SPECIALIZED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SPECIALIZED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