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LECTR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LECTR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