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LECTRI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LECTRI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