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ÉCANIC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ÉCANIC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