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DE BIOMEDICINA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DE BIOMEDICINA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