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TRUCTION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TRUCTION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